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Kiwi Chapter News and Photo Submission</w:t>
      </w:r>
    </w:p>
    <w:p>
      <w:pPr/>
      <w:r>
        <w:t>Please use this form to share your or your chapter’s activities, photographs and upcoming events for possible publication on the Kiwi Club website, Facebook and Instagram. Each chapter is asked to submit news at least once each quarter. Additional submissions are always welcome.</w:t>
      </w:r>
    </w:p>
    <w:p>
      <w:r>
        <w:rPr>
          <w:b/>
        </w:rPr>
        <w:t xml:space="preserve">How to complete: </w:t>
      </w:r>
      <w:r>
        <w:t>Download and save this Word document to your computer. Click below each question and type your answer. Save your changes as you go. When finished, email the completed document to thekiwiclubwebmaster@gmail.com.</w:t>
      </w:r>
    </w:p>
    <w:p>
      <w:r>
        <w:t>* Indicates a required question. Please complete all questions marked with an asterisk. All other questions are optional.</w:t>
      </w:r>
    </w:p>
    <w:p>
      <w:pPr>
        <w:keepNext/>
        <w:spacing w:before="240" w:after="40"/>
      </w:pPr>
      <w:r>
        <w:rPr>
          <w:b/>
          <w:color w:val="19425B"/>
          <w:sz w:val="22"/>
        </w:rPr>
        <w:t>1. Chapter Name</w:t>
      </w:r>
      <w:r>
        <w:rPr>
          <w:b/>
        </w:rPr>
        <w:t xml:space="preserve"> *</w:t>
      </w:r>
    </w:p>
    <w:p>
      <w:pPr>
        <w:keepNext/>
        <w:spacing w:after="60"/>
      </w:pPr>
      <w:r>
        <w:rPr>
          <w:i/>
          <w:sz w:val="19"/>
        </w:rPr>
        <w:t>Members at Large should enter MAL</w:t>
      </w:r>
    </w:p>
    <w:p>
      <w:pPr>
        <w:spacing w:after="160"/>
      </w:pPr>
      <w:r>
        <w:rPr>
          <w:color w:val="696969"/>
        </w:rPr>
        <w:t>Type your answer here.</w:t>
      </w:r>
    </w:p>
    <w:p>
      <w:pPr>
        <w:keepNext/>
        <w:spacing w:before="240" w:after="40"/>
      </w:pPr>
      <w:r>
        <w:rPr>
          <w:b/>
          <w:color w:val="19425B"/>
          <w:sz w:val="22"/>
        </w:rPr>
        <w:t>2. Name of Person Submitting</w:t>
      </w:r>
      <w:r>
        <w:rPr>
          <w:b/>
        </w:rPr>
        <w:t xml:space="preserve"> *</w:t>
      </w:r>
    </w:p>
    <w:p>
      <w:pPr>
        <w:spacing w:after="160"/>
      </w:pPr>
      <w:r>
        <w:rPr>
          <w:color w:val="696969"/>
        </w:rPr>
        <w:t>Type your answer here.</w:t>
      </w:r>
    </w:p>
    <w:p>
      <w:pPr>
        <w:keepNext/>
        <w:spacing w:before="240" w:after="40"/>
      </w:pPr>
      <w:r>
        <w:rPr>
          <w:b/>
          <w:color w:val="19425B"/>
          <w:sz w:val="22"/>
        </w:rPr>
        <w:t>3. Email Address</w:t>
      </w:r>
      <w:r>
        <w:rPr>
          <w:b/>
        </w:rPr>
        <w:t xml:space="preserve"> *</w:t>
      </w:r>
    </w:p>
    <w:p>
      <w:pPr>
        <w:spacing w:after="160"/>
      </w:pPr>
      <w:r>
        <w:rPr>
          <w:color w:val="696969"/>
        </w:rPr>
        <w:t>Type your answer here.</w:t>
      </w:r>
    </w:p>
    <w:p>
      <w:pPr>
        <w:keepNext/>
        <w:spacing w:before="240" w:after="40"/>
      </w:pPr>
      <w:r>
        <w:rPr>
          <w:b/>
          <w:color w:val="19425B"/>
          <w:sz w:val="22"/>
        </w:rPr>
        <w:t>4. Date of Activity or Event</w:t>
      </w:r>
    </w:p>
    <w:p>
      <w:pPr>
        <w:spacing w:after="160"/>
      </w:pPr>
      <w:r>
        <w:rPr>
          <w:color w:val="696969"/>
        </w:rPr>
        <w:t>Type your answer here.</w:t>
      </w:r>
    </w:p>
    <w:p>
      <w:pPr>
        <w:keepNext/>
        <w:spacing w:before="240" w:after="40"/>
      </w:pPr>
      <w:r>
        <w:rPr>
          <w:b/>
          <w:color w:val="19425B"/>
          <w:sz w:val="22"/>
        </w:rPr>
        <w:t>5. Name or Headline of Activity</w:t>
      </w:r>
    </w:p>
    <w:p>
      <w:pPr>
        <w:spacing w:after="160"/>
      </w:pPr>
      <w:r>
        <w:rPr>
          <w:color w:val="696969"/>
        </w:rPr>
        <w:t>Type your answer here.</w:t>
      </w:r>
    </w:p>
    <w:p>
      <w:pPr>
        <w:keepNext/>
        <w:spacing w:before="240" w:after="40"/>
      </w:pPr>
      <w:r>
        <w:rPr>
          <w:b/>
          <w:color w:val="19425B"/>
          <w:sz w:val="22"/>
        </w:rPr>
        <w:t>6. Tell Us About the Activity</w:t>
      </w:r>
    </w:p>
    <w:p>
      <w:pPr>
        <w:keepNext/>
        <w:spacing w:after="60"/>
      </w:pPr>
      <w:r>
        <w:rPr>
          <w:i/>
          <w:sz w:val="19"/>
        </w:rPr>
        <w:t>Please provide a short, publication-ready description of approximately 50–150 words. Include what happened and why it was enjoyable, interesting or important.</w:t>
      </w:r>
    </w:p>
    <w:p>
      <w:pPr>
        <w:spacing w:after="160"/>
      </w:pPr>
      <w:r>
        <w:rPr>
          <w:color w:val="696969"/>
        </w:rPr>
        <w:t>Type your answer here.</w:t>
      </w:r>
    </w:p>
    <w:p>
      <w:pPr>
        <w:keepNext/>
        <w:spacing w:before="240" w:after="40"/>
      </w:pPr>
      <w:r>
        <w:rPr>
          <w:b/>
          <w:color w:val="19425B"/>
          <w:sz w:val="22"/>
        </w:rPr>
        <w:t>7. Does your chapter have an upcoming event you would like us to promote?</w:t>
      </w:r>
    </w:p>
    <w:p>
      <w:pPr>
        <w:keepNext/>
        <w:spacing w:after="60"/>
      </w:pPr>
      <w:r>
        <w:rPr>
          <w:i/>
          <w:sz w:val="19"/>
        </w:rPr>
        <w:t>Tell us about upcoming luncheons, outings, theater trips, special programs, fundraisers, or other activities where Kiwis from other chapters, prospective members, friends, spouses, or other guests are welcome. Please include the date, location, and any information guests need to attend.</w:t>
      </w:r>
    </w:p>
    <w:p>
      <w:pPr>
        <w:spacing w:after="160"/>
      </w:pPr>
      <w:r>
        <w:rPr>
          <w:color w:val="696969"/>
        </w:rPr>
        <w:t>Type your answer here.</w:t>
      </w:r>
    </w:p>
    <w:p>
      <w:pPr>
        <w:keepNext/>
        <w:spacing w:before="240" w:after="40"/>
      </w:pPr>
      <w:r>
        <w:rPr>
          <w:b/>
          <w:color w:val="19425B"/>
          <w:sz w:val="22"/>
        </w:rPr>
        <w:t>8. Upcoming Event Information</w:t>
      </w:r>
    </w:p>
    <w:p>
      <w:pPr>
        <w:keepNext/>
        <w:spacing w:after="60"/>
      </w:pPr>
      <w:r>
        <w:rPr>
          <w:i/>
          <w:sz w:val="19"/>
        </w:rPr>
        <w:t>If applicable, include the event name, date, location and whether guests or prospective members may attend.</w:t>
      </w:r>
    </w:p>
    <w:p>
      <w:pPr>
        <w:spacing w:after="160"/>
      </w:pPr>
      <w:r>
        <w:rPr>
          <w:color w:val="696969"/>
        </w:rPr>
        <w:t>Type your answer here.</w:t>
      </w:r>
    </w:p>
    <w:p>
      <w:pPr>
        <w:keepNext/>
        <w:spacing w:before="240" w:after="40"/>
      </w:pPr>
      <w:r>
        <w:rPr>
          <w:b/>
          <w:color w:val="19425B"/>
          <w:sz w:val="22"/>
        </w:rPr>
        <w:t>9. Please send us your photos.</w:t>
      </w:r>
    </w:p>
    <w:p>
      <w:pPr>
        <w:keepNext/>
        <w:spacing w:after="60"/>
      </w:pPr>
      <w:r>
        <w:rPr>
          <w:i/>
          <w:sz w:val="19"/>
        </w:rPr>
        <w:t>Please email 2–4 photographs you would like us to consider for your Kiwi Chapter News to thekiwiclubwebmaster@gmail.com</w:t>
      </w:r>
    </w:p>
    <w:p>
      <w:pPr>
        <w:keepNext/>
        <w:spacing w:after="60"/>
      </w:pPr>
      <w:r>
        <w:rPr>
          <w:i/>
          <w:sz w:val="19"/>
        </w:rPr>
        <w:t>Please include your name and “Kiwi News” in the subject line so we can match your photos with your questionnaire.</w:t>
      </w:r>
    </w:p>
    <w:p>
      <w:pPr>
        <w:keepNext/>
        <w:spacing w:after="60"/>
      </w:pPr>
      <w:r>
        <w:rPr>
          <w:i/>
          <w:sz w:val="19"/>
        </w:rPr>
        <w:t>After emailing your photos, use the next question to tell us who is pictured and provide any captions or details you would like included.</w:t>
      </w:r>
    </w:p>
    <w:p>
      <w:pPr>
        <w:spacing w:after="160"/>
      </w:pPr>
      <w:r>
        <w:rPr>
          <w:color w:val="696969"/>
        </w:rPr>
        <w:t>Type your answer here.</w:t>
      </w:r>
    </w:p>
    <w:p>
      <w:pPr>
        <w:keepNext/>
        <w:spacing w:before="240" w:after="40"/>
      </w:pPr>
      <w:r>
        <w:rPr>
          <w:b/>
          <w:color w:val="19425B"/>
          <w:sz w:val="22"/>
        </w:rPr>
        <w:t>10. Photo Captions and Names</w:t>
      </w:r>
    </w:p>
    <w:p>
      <w:pPr>
        <w:keepNext/>
        <w:spacing w:after="60"/>
      </w:pPr>
      <w:r>
        <w:rPr>
          <w:i/>
          <w:sz w:val="19"/>
        </w:rPr>
        <w:t>Briefly describe each photograph you submitted by email and identify the people pictured when possible. Please list names from left to right.</w:t>
      </w:r>
    </w:p>
    <w:p>
      <w:pPr>
        <w:spacing w:after="160"/>
      </w:pPr>
      <w:r>
        <w:rPr>
          <w:color w:val="696969"/>
        </w:rPr>
        <w:t>Type your answer here.</w:t>
      </w:r>
    </w:p>
    <w:p>
      <w:pPr>
        <w:keepNext/>
        <w:spacing w:before="240" w:after="40"/>
      </w:pPr>
      <w:r>
        <w:rPr>
          <w:b/>
          <w:color w:val="19425B"/>
          <w:sz w:val="22"/>
        </w:rPr>
        <w:t>11. Permission to Publish</w:t>
      </w:r>
      <w:r>
        <w:rPr>
          <w:b/>
        </w:rPr>
        <w:t xml:space="preserve"> *</w:t>
      </w:r>
    </w:p>
    <w:p>
      <w:pPr>
        <w:keepNext/>
        <w:spacing w:after="60"/>
      </w:pPr>
      <w:r>
        <w:rPr>
          <w:i/>
          <w:sz w:val="19"/>
        </w:rPr>
        <w:t>I confirm that the information and photographs I submit may be considered for publication on the Kiwi Club website, Facebook, and Instagram, and that I have permission to submit and share any photographs provided.</w:t>
      </w:r>
    </w:p>
    <w:p>
      <w:pPr>
        <w:keepNext/>
        <w:spacing w:after="60"/>
      </w:pPr>
      <w:r>
        <w:rPr>
          <w:i/>
          <w:sz w:val="19"/>
        </w:rPr>
        <w:t>I agree (type YES below).</w:t>
      </w:r>
    </w:p>
    <w:p>
      <w:pPr>
        <w:spacing w:after="160"/>
      </w:pPr>
      <w:r>
        <w:rPr>
          <w:color w:val="696969"/>
        </w:rPr>
        <w:t>Type your answer here.</w:t>
      </w:r>
    </w:p>
    <w:p>
      <w:pPr>
        <w:spacing w:before="320"/>
      </w:pPr>
      <w:r>
        <w:rPr>
          <w:b/>
        </w:rPr>
        <w:t>Send Completed Form to:  thekiwiclubwebmaster@gmail.com</w:t>
      </w:r>
    </w:p>
    <w:sectPr w:rsidR="00FC693F" w:rsidRPr="0006063C" w:rsidSect="00034616">
      <w:footerReference w:type="default" r:id="rId9"/>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KIWI CLUB  |  Editable questionnaire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E445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