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 Kiwi Story</w:t>
      </w:r>
    </w:p>
    <w:p>
      <w:pPr/>
      <w:r>
        <w:t>Every Kiwi has a story worth sharing! Help us get to know you by answering a few simple questions about your career, your life today, and the things you enjoy. We’ll feature members on the website so we can all make new connections and rediscover old friends.</w:t>
      </w:r>
    </w:p>
    <w:p>
      <w:r>
        <w:rPr>
          <w:b/>
        </w:rPr>
        <w:t xml:space="preserve">How to complete: </w:t>
      </w:r>
      <w:r>
        <w:t>Download and save this Word document to your computer. Click below each question and type your answer. Save your changes as you go. When finished, email the completed document to thekiwiclubwebmaster@gmail.com.</w:t>
      </w:r>
    </w:p>
    <w:p>
      <w:r>
        <w:t>* Indicates a required question. Please complete all questions marked with an asterisk. All other questions are optional.</w:t>
      </w:r>
    </w:p>
    <w:p>
      <w:pPr>
        <w:keepNext/>
        <w:spacing w:before="240" w:after="40"/>
      </w:pPr>
      <w:r>
        <w:rPr>
          <w:b/>
          <w:color w:val="19425B"/>
          <w:sz w:val="22"/>
        </w:rPr>
        <w:t>1. What is your FULL name?</w:t>
      </w:r>
      <w:r>
        <w:rPr>
          <w:b/>
        </w:rPr>
        <w:t xml:space="preserve"> *</w:t>
      </w:r>
    </w:p>
    <w:p>
      <w:pPr>
        <w:spacing w:after="160"/>
      </w:pPr>
      <w:r>
        <w:rPr>
          <w:color w:val="696969"/>
        </w:rPr>
        <w:t>Type your answer here.</w:t>
      </w:r>
    </w:p>
    <w:p>
      <w:pPr>
        <w:keepNext/>
        <w:spacing w:before="240" w:after="40"/>
      </w:pPr>
      <w:r>
        <w:rPr>
          <w:b/>
          <w:color w:val="19425B"/>
          <w:sz w:val="22"/>
        </w:rPr>
        <w:t>2. What chapter do you belong to? Or are you a MAL?</w:t>
      </w:r>
    </w:p>
    <w:p>
      <w:pPr>
        <w:spacing w:after="160"/>
      </w:pPr>
      <w:r>
        <w:rPr>
          <w:color w:val="696969"/>
        </w:rPr>
        <w:t>Type your answer here.</w:t>
      </w:r>
    </w:p>
    <w:p>
      <w:pPr>
        <w:keepNext/>
        <w:spacing w:before="240" w:after="40"/>
      </w:pPr>
      <w:r>
        <w:rPr>
          <w:b/>
          <w:color w:val="19425B"/>
          <w:sz w:val="22"/>
        </w:rPr>
        <w:t>3. What first inspired you to become a flight attendant?</w:t>
      </w:r>
    </w:p>
    <w:p>
      <w:pPr>
        <w:spacing w:after="160"/>
      </w:pPr>
      <w:r>
        <w:rPr>
          <w:color w:val="696969"/>
        </w:rPr>
        <w:t>Type your answer here.</w:t>
      </w:r>
    </w:p>
    <w:p>
      <w:pPr>
        <w:keepNext/>
        <w:spacing w:before="240" w:after="40"/>
      </w:pPr>
      <w:r>
        <w:rPr>
          <w:b/>
          <w:color w:val="19425B"/>
          <w:sz w:val="22"/>
        </w:rPr>
        <w:t>4. Tell us a little about your flying career.</w:t>
      </w:r>
    </w:p>
    <w:p>
      <w:pPr>
        <w:keepNext/>
        <w:spacing w:after="60"/>
      </w:pPr>
      <w:r>
        <w:rPr>
          <w:i/>
          <w:sz w:val="19"/>
        </w:rPr>
        <w:t>What airline and class/year did you join? How many years did you fly, and was your flying domestic, international, or both?</w:t>
      </w:r>
    </w:p>
    <w:p>
      <w:pPr>
        <w:spacing w:after="160"/>
      </w:pPr>
      <w:r>
        <w:rPr>
          <w:color w:val="696969"/>
        </w:rPr>
        <w:t>Type your answer here.</w:t>
      </w:r>
    </w:p>
    <w:p>
      <w:pPr>
        <w:keepNext/>
        <w:spacing w:before="240" w:after="40"/>
      </w:pPr>
      <w:r>
        <w:rPr>
          <w:b/>
          <w:color w:val="19425B"/>
          <w:sz w:val="22"/>
        </w:rPr>
        <w:t>5. Where were you based?</w:t>
      </w:r>
    </w:p>
    <w:p>
      <w:pPr>
        <w:keepNext/>
        <w:spacing w:after="60"/>
      </w:pPr>
      <w:r>
        <w:rPr>
          <w:i/>
          <w:sz w:val="19"/>
        </w:rPr>
        <w:t>If you had more than one base, which felt most like home—and why?</w:t>
      </w:r>
    </w:p>
    <w:p>
      <w:pPr>
        <w:spacing w:after="160"/>
      </w:pPr>
      <w:r>
        <w:rPr>
          <w:color w:val="696969"/>
        </w:rPr>
        <w:t>Type your answer here.</w:t>
      </w:r>
    </w:p>
    <w:p>
      <w:pPr>
        <w:keepNext/>
        <w:spacing w:before="240" w:after="40"/>
      </w:pPr>
      <w:r>
        <w:rPr>
          <w:b/>
          <w:color w:val="19425B"/>
          <w:sz w:val="22"/>
        </w:rPr>
        <w:t>6. What was your favorite layover, and what made it special?</w:t>
      </w:r>
    </w:p>
    <w:p>
      <w:pPr>
        <w:spacing w:after="160"/>
      </w:pPr>
      <w:r>
        <w:rPr>
          <w:color w:val="696969"/>
        </w:rPr>
        <w:t>Type your answer here.</w:t>
      </w:r>
    </w:p>
    <w:p>
      <w:pPr>
        <w:keepNext/>
        <w:spacing w:before="240" w:after="40"/>
      </w:pPr>
      <w:r>
        <w:rPr>
          <w:b/>
          <w:color w:val="19425B"/>
          <w:sz w:val="22"/>
        </w:rPr>
        <w:t>7. What flying memory still makes you smile?</w:t>
      </w:r>
    </w:p>
    <w:p>
      <w:pPr>
        <w:keepNext/>
        <w:spacing w:after="60"/>
      </w:pPr>
      <w:r>
        <w:rPr>
          <w:i/>
          <w:sz w:val="19"/>
        </w:rPr>
        <w:t>A funny moment, a special passenger, a wonderful crew, or an unexpected adventure.</w:t>
      </w:r>
    </w:p>
    <w:p>
      <w:pPr>
        <w:spacing w:after="160"/>
      </w:pPr>
      <w:r>
        <w:rPr>
          <w:color w:val="696969"/>
        </w:rPr>
        <w:t>Type your answer here.</w:t>
      </w:r>
    </w:p>
    <w:p>
      <w:pPr>
        <w:keepNext/>
        <w:spacing w:before="240" w:after="40"/>
      </w:pPr>
      <w:r>
        <w:rPr>
          <w:b/>
          <w:color w:val="19425B"/>
          <w:sz w:val="22"/>
        </w:rPr>
        <w:t>8. How did you become involved with the Kiwi Club, and what do you enjoy most about it?</w:t>
      </w:r>
    </w:p>
    <w:p>
      <w:pPr>
        <w:spacing w:after="160"/>
      </w:pPr>
      <w:r>
        <w:rPr>
          <w:color w:val="696969"/>
        </w:rPr>
        <w:t>Type your answer here.</w:t>
      </w:r>
    </w:p>
    <w:p>
      <w:pPr>
        <w:keepNext/>
        <w:spacing w:before="240" w:after="40"/>
      </w:pPr>
      <w:r>
        <w:rPr>
          <w:b/>
          <w:color w:val="19425B"/>
          <w:sz w:val="22"/>
        </w:rPr>
        <w:t>9. Where do you live now, and what do you enjoy about life there?</w:t>
      </w:r>
    </w:p>
    <w:p>
      <w:pPr>
        <w:spacing w:after="160"/>
      </w:pPr>
      <w:r>
        <w:rPr>
          <w:color w:val="696969"/>
        </w:rPr>
        <w:t>Type your answer here.</w:t>
      </w:r>
    </w:p>
    <w:p>
      <w:pPr>
        <w:keepNext/>
        <w:spacing w:before="240" w:after="40"/>
      </w:pPr>
      <w:r>
        <w:rPr>
          <w:b/>
          <w:color w:val="19425B"/>
          <w:sz w:val="22"/>
        </w:rPr>
        <w:t>10. What keeps you busy these days?</w:t>
      </w:r>
    </w:p>
    <w:p>
      <w:pPr>
        <w:keepNext/>
        <w:spacing w:after="60"/>
      </w:pPr>
      <w:r>
        <w:rPr>
          <w:i/>
          <w:sz w:val="19"/>
        </w:rPr>
        <w:t>Hobbies, sports, volunteering, work, cooking, gardening, pets, or time with family—whatever you enjoy.</w:t>
      </w:r>
    </w:p>
    <w:p>
      <w:pPr>
        <w:spacing w:after="160"/>
      </w:pPr>
      <w:r>
        <w:rPr>
          <w:color w:val="696969"/>
        </w:rPr>
        <w:t>Type your answer here.</w:t>
      </w:r>
    </w:p>
    <w:p>
      <w:pPr>
        <w:keepNext/>
        <w:spacing w:before="240" w:after="40"/>
      </w:pPr>
      <w:r>
        <w:rPr>
          <w:b/>
          <w:color w:val="19425B"/>
          <w:sz w:val="22"/>
        </w:rPr>
        <w:t>11. Have you taken a memorable trip recently?</w:t>
      </w:r>
    </w:p>
    <w:p>
      <w:pPr>
        <w:keepNext/>
        <w:spacing w:after="60"/>
      </w:pPr>
      <w:r>
        <w:rPr>
          <w:i/>
          <w:sz w:val="19"/>
        </w:rPr>
        <w:t>What was the highlight?</w:t>
      </w:r>
    </w:p>
    <w:p>
      <w:pPr>
        <w:spacing w:after="160"/>
      </w:pPr>
      <w:r>
        <w:rPr>
          <w:color w:val="696969"/>
        </w:rPr>
        <w:t>Type your answer here.</w:t>
      </w:r>
    </w:p>
    <w:p>
      <w:pPr>
        <w:keepNext/>
        <w:spacing w:before="240" w:after="40"/>
      </w:pPr>
      <w:r>
        <w:rPr>
          <w:b/>
          <w:color w:val="19425B"/>
          <w:sz w:val="22"/>
        </w:rPr>
        <w:t>12. What is something fellow Kiwis might be surprised to learn about you?</w:t>
      </w:r>
    </w:p>
    <w:p>
      <w:pPr>
        <w:spacing w:after="160"/>
      </w:pPr>
      <w:r>
        <w:rPr>
          <w:color w:val="696969"/>
        </w:rPr>
        <w:t>Type your answer here.</w:t>
      </w:r>
    </w:p>
    <w:p>
      <w:pPr>
        <w:keepNext/>
        <w:spacing w:before="240" w:after="40"/>
      </w:pPr>
      <w:r>
        <w:rPr>
          <w:b/>
          <w:color w:val="19425B"/>
          <w:sz w:val="22"/>
        </w:rPr>
        <w:t>13. I give the Kiwi Club permission to use my Member Spotlight responses and photos in its newsletters, website, and social media. Responses may be lightly edited for length and clarity. My email address will not be published.</w:t>
      </w:r>
      <w:r>
        <w:rPr>
          <w:b/>
        </w:rPr>
        <w:t xml:space="preserve"> *</w:t>
      </w:r>
    </w:p>
    <w:p>
      <w:pPr>
        <w:keepNext/>
        <w:spacing w:after="60"/>
      </w:pPr>
      <w:r>
        <w:rPr>
          <w:i/>
          <w:sz w:val="19"/>
        </w:rPr>
        <w:t>I agree (type YES below).</w:t>
      </w:r>
    </w:p>
    <w:p>
      <w:pPr>
        <w:spacing w:after="160"/>
      </w:pPr>
      <w:r>
        <w:rPr>
          <w:color w:val="696969"/>
        </w:rPr>
        <w:t>Type your answer here.</w:t>
      </w:r>
    </w:p>
    <w:p>
      <w:pPr>
        <w:spacing w:before="320"/>
      </w:pPr>
      <w:r>
        <w:rPr>
          <w:b/>
        </w:rPr>
        <w:t>Send Completed Form to:  thekiwiclubwebmaster@gmail.com</w:t>
      </w:r>
    </w:p>
    <w:sectPr w:rsidR="00FC693F" w:rsidRPr="0006063C" w:rsidSect="00034616">
      <w:footerReference w:type="default" r:id="rId9"/>
      <w:pgSz w:w="12240" w:h="15840"/>
      <w:pgMar w:top="1080" w:right="1296" w:bottom="1008"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KIWI CLUB  |  Editable questionnaire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b/>
      <w:color w:val="1E445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